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החסידות במסע הגדול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איתור מידע והבנת סיבה ותוצאה בטקסט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שימוש נכון בשם המספר לפי מין שם העצם (שתי/שני, שלוש/שלושה)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בחירה נכונה בין אל (כיוון) לבין על (מקום/נושא)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בסתיו ובאביב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אל אפריקה החמה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הן מסתובבות בעמודים של אוויר 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נוחתות לנוח בשדות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כי בסתיו קר וקשה למצוא אוכל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כי הארץ נמצאת באמצע הדרך בין אירופה לאפריקה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בטקסט נכתב שחסידות אינן עפות במבנה V, זה אופייני לעגורים ולאווזים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 על התרמיקות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החסידות נודדות פעמיים בשנה - בסתיו ובאביב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המספר המדויק משתנה משנה לשנה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לשון: מספר ומין שם העצם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לשון: אל או 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התאמת מילים ופירושים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(עפה בלי להזיז כנפיים)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(עולה מהאדמה לאוויר)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(עמוד של אוויר חם)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(מסע ארוך לפי העונה)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(מילה שמתארת שם עצם)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ישתמש נכון במספר מתאים למין שם העצם ובמילת היחס אל או על בהקשר מתאים, יתאר אירוע במסע הנדידה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האוויר החם מרים את החסידה למעלה בלי שהיא צריכה להתאמץ, כמו מעלית שמעלה אותנו בלי לעלות במדרגות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סתיו ואביב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אל-כיוון (אל אפריקה), על-מקום (על השדה)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תרמיקות - עמודי אוויר חם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השיעור אפשר להראות מפה עם חיצים של מסלול הנדידה מאירופה דרך הארץ לאפריקה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שהחסידות אינן עפות במבנה V בניגוד לעגורים ואווזים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להמחיש עמוד אוויר חם בעזרת פיסת נייר מעל כוס תה חם, בזהירות ובידי המורה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החסידות במסע הגדול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נקרא על מסע הנדידה של החסידות בין אירופה לאפריקה, ונתרגל התאמת מספרים לשם העצם והבדל בין אל לעל.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באילו עונות עוברות החסידות בשמי הארץ?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בקיץ ובחורף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בסתיו ובאביב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לאן עפות החסידות בסתיו?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 אפריקה החמה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 אירופה הקרה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אל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אל ההרים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החסידות עולות גבוה בלי להתעייף?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הן מנפנפות מהר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הן מסתובבות בעמודים של אוויר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הן ישנות באוויר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הן עפות נמוך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עושות החסידות בלילה?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נוחתות לנוח בשדות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ממשיכות לעוף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חוזרות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עפות גבוה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החסידות עוזבות את אירופה בסתיו?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הן משתעממות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בסתיו קר וקשה למצוא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יש שם יותר מדי ציפורים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הן אוהבות לטייל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למה החסידות עוברות דווקא מעל ארץ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יש שם הרבה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הארץ נמצאת באמצע הדרך בין אירופה לאפריקה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אין שם ציידים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זה המקום הכי קר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החסידות עפות במבנה V כמו עגורים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החסידות משתמשות באוויר חם כדי לעלות גבוה בלי להתעייף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החסידות נודדות רק פעם אחת בשנה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החסידות נוחתות לנוח בשדות בלילה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המספר המדויק של החסידות הנודדות זהה בכל 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לשון: מספר ומין שם העצם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לחסידה יש __________ כנפיים (2)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ראינו __________ חסידות בשמיים (3)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בשדה היו __________ קנים (3)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שמענו __________ ציפורים שרות (5)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יש לחסידה __________ רגליים ארוכות (2)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לשון: אל או 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החסידה נחתה __________ השדה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החסידות עפות __________ אפריקה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החסידות חוזרות __________ הקנים שלהן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החסידה עומדת __________ רגל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הציפורים דואות __________ העמק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התאמת מילים ופירושים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דואה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עמוד של אוויר חם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ממריאה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מילה שמתארת שם עצם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תרמיקה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מסע ארוך לפי העונה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נדידה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עפה בלי להזיז כנפיים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שם תואר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עולה מהאדמה לאוויר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חסידה. כתבו 3-4 משפטים על יום אחד במסע. השתמשו לפחות במספר אחד (שתי/שלוש/חמישה) ובמילה אל או על.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שלכם: מה פירוש הביטוי כמו במעלית שמתאר את עליית החסידות?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נודדות החסידות - באילו שתי עונות?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אל לעל? תנו דוגמה לכל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עוזר לחסידות לעלות גבוה בלי להתעייף?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החסידות במסע הגדול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