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 והבנת סיבה ותוצאה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בשם המספר לפי מין שם העצם (שתי/שני, שלוש/שלושה)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נכונה בין אל (כיוון) לבין על (מקום/נושא)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בסתיו ובאביב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 אפריקה החמה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מסתובבות בעמודים של אוויר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נוחתות לנוח בשדות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בסתיו קר וקשה למצוא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הארץ נמצאת באמצע הדרך בין אירופה לאפריקה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שחסידות אינן עפות במבנה V, זה אופייני לעגורים ולאווזים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התרמיקות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החסידות נודדות פעמיים בשנה - בסתיו ובאביב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 המדויק משתנה משנה 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לשון: מספר ומין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אל או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(עפה בלי להזיז 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(עולה מהאדמה לאוויר)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(עמוד של אוויר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(מסע ארוך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(מילה שמתארת 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ישתמש נכון במספר מתאים למין שם העצם ובמילת היחס אל או על בהקשר מתאים, יתאר אירוע במסע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האוויר החם מרים את החסידה למעלה בלי שהיא צריכה להתאמץ, כמו מעלית שמעלה אותנו בלי לעלות במדרגות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אל-כיוון (אל אפריקה), על-מקום (על השדה)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תרמיקות - עמודי אוויר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אפשר להראות מפה עם חיצים של מסלול הנדידה מאירופה דרך הארץ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שהחסידות אינן עפות במבנה V בניגוד לעגורים ואווזים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עמוד אוויר חם בעזרת פיסת נייר מעל כוס תה חם, בזהירות ובידי המורה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החסידות שעפות פעמיים בשנה. נתרגל מילים ומספרים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של ציפורים ממקום למקום לפי העונה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של אוויר חם שעוזר לציפורים לעלות גבוה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עפה באוויר בלי להזיז כנפיים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 מהאדמה לאוויר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כיוון - לאן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מקום או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לבנה,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עפות החסידות מעל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ובחורף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בסתיו ובאביב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נוסעות החסידות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אפריקה החמה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אירופה הקרה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לחסידות לעלות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מנפנפות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מסתובבות בעמודים של אוויר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ישנות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עפות נמוך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נוחתות לנוח בשדות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ממשיכות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חוזרות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עפות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החסידות עפות מאירופה?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משתעממות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בסתיו קר וקשה למצוא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שם יותר מדי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אוהבות לטייל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הארץ שלנו בדרך של החסידות?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שם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הארץ נמצאת באמצע הדרך בין 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המקום הכי 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עפות במבנה V כמו עגורים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משתמשות באוויר חם כדי לעלות גבוה בלי להתעייף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נודדות רק פעם אחת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החסידות נוחתות לנוח בשדות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המדויק של החסידות הנודדות זהה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לשון: מספר ומין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לחסידה יש __________ כנפיים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__________ חסידות בשמיים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בשדה היו __________ קנים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שמענו __________ ציפורים שרות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לחסידה __________ רגליים ארוכות (2)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לשון: אל או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החסידה נחתה __________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החסידות עפות __________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החסידות חוזרות __________ הקנים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החסידה עומדת __________ רגל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הציפורים דואות __________ העמק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עמוד של אוויר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עפה בלי להזיז 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תרמיקה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 ארוך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עולה מהאדמה לאוויר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חסידה. כתבו 3-4 משפטים על יום אחד במסע. השתמשו לפחות במספר אחד (שתי/שלוש/חמישה) ובמילה אל או 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מה פירוש הביטוי כמו במעלית שמתאר את עליית החסידות?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נודדות החסידות - באילו שתי עונות?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 לעל?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לחסידות לעלות גבוה בלי להתעייף?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החסידות במסע הגדול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