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החסידות במסע הגדול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איתור מידע והבנת סיבה ותוצאה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שימוש נכון בשם המספר לפי מין שם העצם (שתי/שני, שלוש/שלושה)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בחירה נכונה בין אל (כיוון) לבין על (מקום/נושא)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בסתיו ובאביב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אל אפריקה החמה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שחסידות אינן עפות במבנה V, זה אופייני לעגורים ולאווזים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בטקסט על התרמיקות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לשון: מספר ומין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לשון: אל או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התאמת מילים ופירושים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(עפה בלי להזיז כנפיים)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(עולה מהאדמה לאוויר)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(עמוד של אוויר חם)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(מסע ארוך לפי העונה)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ישתמש נכון במספר מתאים למין שם העצם ובמילת היחס אל או על בהקשר מתאים, יתאר אירוע במסע הנדידה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סתיו ואביב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אל-כיוון (אל אפריקה), על-מקום (על השדה)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תרמיקות - עמודי אוויר חם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השיעור אפשר להראות מפה עם חיצים של מסלול הנדידה מאירופה דרך הארץ לאפריקה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שהחסידות אינן עפות במבנה V בניגוד לעגורים ואווזים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להמחיש עמוד אוויר חם בעזרת פיסת נייר מעל כוס תה חם, בזהירות ובידי המורה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החסידות במסע הגדול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נקרא על מסע הנדידה של החסידות בין אירופה לאפריקה, ונתרגל התאמת מספרים לשם העצם והבדל בין אל לעל.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שתי  ·  שלוש  ·  על  ·  אל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באילו עונות עוברות החסידות בשמי הארץ?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בקיץ ובחורף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בסתיו ובאביב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לאן עפות החסידות בסתיו?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 אפריקה החמה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אל אירופה הקרה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אל הים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החסידות עפות במבנה V כמו עגורים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החסידות משתמשות באוויר חם כדי לעלות גבוה בלי להתעייף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לשון: מספר ומין שם העצם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לחסידה יש __________ כנפיים (2)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ראינו __________ חסידות בשמיים (3)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לשון: אל או 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החסידה נחתה __________ השדה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החסידות עפות __________ אפריקה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התאמת מילים ופירושים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מסע ארוך לפי העונה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ממריאה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עמוד של אוויר חם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תרמיקה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עולה מהאדמה לאוויר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נדידה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עפה בלי להזיז כנפיים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חסידה. כתבו 3-4 משפטים על יום אחד במסע. השתמשו לפחות במספר אחד (שתי/שלוש/חמישה) ובמילה אל או על.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מתי נודדות החסידות - באילו שתי עונות?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אל לעל? תנו דוגמה לכל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החסידות במסע הגדול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